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7A9E" w14:textId="77777777" w:rsidR="00CC389F" w:rsidRPr="00B17298" w:rsidRDefault="00C401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ЗАЯВЛЕНИЕ ЗА УЧАСТИЕ</w:t>
      </w:r>
    </w:p>
    <w:p w14:paraId="56F4D0FF" w14:textId="77777777" w:rsidR="00CC389F" w:rsidRPr="00C401D1" w:rsidRDefault="00C401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1D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Коледен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в рамките на </w:t>
      </w:r>
      <w:r w:rsidRPr="00C401D1">
        <w:rPr>
          <w:rFonts w:ascii="Times New Roman" w:hAnsi="Times New Roman" w:cs="Times New Roman"/>
          <w:b/>
          <w:sz w:val="28"/>
          <w:szCs w:val="28"/>
        </w:rPr>
        <w:t>Sofia Christmas Fest 2026</w:t>
      </w:r>
    </w:p>
    <w:p w14:paraId="09029910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провеждане: 20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– 27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43B6A6CC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Място: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пред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Националния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дворец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(НДК)</w:t>
      </w:r>
    </w:p>
    <w:p w14:paraId="5129AB7D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храните</w:t>
      </w:r>
      <w:proofErr w:type="spellEnd"/>
    </w:p>
    <w:p w14:paraId="46A4A9E9" w14:textId="77777777"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I. ДАННИ ЗА КАНДИДАТА</w:t>
      </w:r>
    </w:p>
    <w:p w14:paraId="36171EC5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стопанството или фирмата:</w:t>
      </w:r>
    </w:p>
    <w:p w14:paraId="30043E37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2DD384DF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ЕИК/БУЛСТАТ или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регистрационен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номер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стопанин:</w:t>
      </w:r>
    </w:p>
    <w:p w14:paraId="269D1E07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7495C32A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място,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област, в която се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дейността:</w:t>
      </w:r>
    </w:p>
    <w:p w14:paraId="306D0D2F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629F7F57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за контакт:</w:t>
      </w:r>
    </w:p>
    <w:p w14:paraId="1BE52072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401A8836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5. Телефон за връзка:</w:t>
      </w:r>
    </w:p>
    <w:p w14:paraId="54E84E7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6F16222F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поща:</w:t>
      </w:r>
    </w:p>
    <w:p w14:paraId="3F2A5CCF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5737553A" w14:textId="77777777"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II. ИНФОРМАЦИЯ ЗА ДЕЙНОСТТА И ПРОЕКТА</w:t>
      </w:r>
    </w:p>
    <w:p w14:paraId="00CD7EB8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земеделското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производство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:</w:t>
      </w:r>
    </w:p>
    <w:p w14:paraId="66831AD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Плодове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зеленчуци</w:t>
      </w:r>
      <w:proofErr w:type="spellEnd"/>
    </w:p>
    <w:p w14:paraId="4EAA1E5F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Животновъдство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продукти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произход</w:t>
      </w:r>
      <w:proofErr w:type="spellEnd"/>
    </w:p>
    <w:p w14:paraId="6F5C0D82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Етерично-маслени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медицински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култури</w:t>
      </w:r>
      <w:proofErr w:type="spellEnd"/>
    </w:p>
    <w:p w14:paraId="397F1CC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Пчеларство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продукти</w:t>
      </w:r>
    </w:p>
    <w:p w14:paraId="5C7EDA93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Биологично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14:paraId="099417AA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</w:p>
    <w:p w14:paraId="115C9B9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2. По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програма/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получили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подпомагане?</w:t>
      </w:r>
    </w:p>
    <w:p w14:paraId="28C8D61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Програма за развитие на селските райони 2014–2020 г.</w:t>
      </w:r>
    </w:p>
    <w:p w14:paraId="3BCA87C6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Стратегически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за развитие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селските райони 2023–2027 г.</w:t>
      </w:r>
    </w:p>
    <w:p w14:paraId="63C79915" w14:textId="77777777"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Наименование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и/или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номер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финансирания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проект, мярка/интервенция:</w:t>
      </w:r>
    </w:p>
    <w:p w14:paraId="7B48B8E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</w:t>
      </w:r>
    </w:p>
    <w:p w14:paraId="2FE9926A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2EA2BDF5" w14:textId="77777777"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Кратко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описание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реализирания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 постигнатите резултати:</w:t>
      </w:r>
    </w:p>
    <w:p w14:paraId="345E247D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1AAAAA00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20488CA1" w14:textId="77777777"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Какви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продукти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възнамерявате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да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представите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на базара?</w:t>
      </w:r>
    </w:p>
    <w:p w14:paraId="1A47D308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5077ABE1" w14:textId="77777777" w:rsidR="00CC389F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1A09A5A4" w14:textId="77777777" w:rsidR="00CC389F" w:rsidRPr="00B17298" w:rsidRDefault="0067100B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401D1" w:rsidRPr="00B17298">
        <w:rPr>
          <w:rFonts w:ascii="Times New Roman" w:hAnsi="Times New Roman" w:cs="Times New Roman"/>
          <w:b/>
          <w:sz w:val="24"/>
          <w:szCs w:val="24"/>
        </w:rPr>
        <w:t>Продуктите</w:t>
      </w:r>
      <w:proofErr w:type="spellEnd"/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 са:</w:t>
      </w:r>
    </w:p>
    <w:p w14:paraId="7F24425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14:paraId="2D11110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Преработени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продукти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</w:t>
      </w:r>
      <w:proofErr w:type="spellEnd"/>
    </w:p>
    <w:p w14:paraId="02C790F7" w14:textId="77777777" w:rsidR="0067100B" w:rsidRDefault="00C401D1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  <w:r w:rsidR="0067100B" w:rsidRPr="0067100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D110F86" w14:textId="77777777" w:rsidR="0067100B" w:rsidRPr="0067100B" w:rsidRDefault="0067100B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67100B">
        <w:rPr>
          <w:rFonts w:ascii="Times New Roman" w:hAnsi="Times New Roman" w:cs="Times New Roman"/>
          <w:b/>
          <w:sz w:val="24"/>
          <w:szCs w:val="24"/>
          <w:lang w:val="bg-BG"/>
        </w:rPr>
        <w:t>. Местонахождение на земеделското стопанство в район с природни или други специфични ограничения</w:t>
      </w:r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(</w:t>
      </w:r>
      <w:proofErr w:type="spellStart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>необлагодетелстван</w:t>
      </w:r>
      <w:proofErr w:type="spellEnd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район)</w:t>
      </w:r>
      <w:r w:rsidR="009A3E5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528D5F92" w14:textId="77777777" w:rsidR="0067100B" w:rsidRPr="0067100B" w:rsidRDefault="0067100B" w:rsidP="0067100B">
      <w:pPr>
        <w:jc w:val="both"/>
        <w:rPr>
          <w:rFonts w:asciiTheme="minorHAnsi" w:hAnsiTheme="minorHAnsi" w:cs="Segoe UI Symbol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ДА</w:t>
      </w:r>
    </w:p>
    <w:p w14:paraId="1498575B" w14:textId="77777777" w:rsidR="00CC389F" w:rsidRPr="0067100B" w:rsidRDefault="0067100B" w:rsidP="00B17298">
      <w:pPr>
        <w:jc w:val="both"/>
        <w:rPr>
          <w:rFonts w:asciiTheme="minorHAnsi" w:hAnsiTheme="minorHAnsi" w:cs="Times New Roman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НЕ</w:t>
      </w:r>
    </w:p>
    <w:p w14:paraId="335C0671" w14:textId="77777777"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III. ЗАЯВКА ЗА ПЕРИОД НА УЧАСТИЕ</w:t>
      </w:r>
    </w:p>
    <w:p w14:paraId="6C6FE25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7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седем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последователни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календарни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, както следва:</w:t>
      </w:r>
    </w:p>
    <w:p w14:paraId="1B4BBDF0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период: От ........................ до ........................ 2026 г.</w:t>
      </w:r>
    </w:p>
    <w:p w14:paraId="43C263D9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Резервен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(по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От ........................ до ........................ 2026 г.</w:t>
      </w:r>
    </w:p>
    <w:p w14:paraId="137D5680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невъзможност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бъде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предложен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свободен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рамките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провеждането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4A6C17BC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Забележка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Окончателният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МЗХ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постъпилите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наличните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необходимостта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по-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голям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земеделски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2FD759B8" w14:textId="77777777"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IV. ПРЕДХОДНО УЧАСТИЕ</w:t>
      </w:r>
    </w:p>
    <w:p w14:paraId="7399BA30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предходни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издания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организиран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на МЗХ пред НДК?</w:t>
      </w:r>
    </w:p>
    <w:p w14:paraId="6B88B52D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досега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769B755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44F2278F" w14:textId="77777777" w:rsidR="00A22901" w:rsidRDefault="00A22901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E46A66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lastRenderedPageBreak/>
        <w:t>Ако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година/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14:paraId="0DD28F8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61D97BB8" w14:textId="77777777"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V. ДЕКЛАРАЦИЯ</w:t>
      </w:r>
    </w:p>
    <w:p w14:paraId="6F6C32D5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настоящото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, че:</w:t>
      </w:r>
    </w:p>
    <w:p w14:paraId="24E71249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вярна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актуална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4FB54C91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която ще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представя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свързана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79472C8A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Запознат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че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че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одобрението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3A84B07B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При одобрение се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ангажирам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присъствие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през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да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спазвам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14:paraId="0F732C63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бъда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уведомен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за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адрес или телефон.</w:t>
      </w:r>
    </w:p>
    <w:p w14:paraId="507A934D" w14:textId="77777777" w:rsidR="00780A45" w:rsidRDefault="00780A45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71D9CD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.....................................       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........................................................</w:t>
      </w:r>
    </w:p>
    <w:p w14:paraId="6FBD455E" w14:textId="77777777"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</w:t>
      </w:r>
    </w:p>
    <w:p w14:paraId="4B1B1452" w14:textId="77777777"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E75A4A" w14:textId="77777777"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FB42F" w14:textId="77777777" w:rsidR="00B56A95" w:rsidRDefault="00C401D1" w:rsidP="00B56A9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Попълненото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изпраща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43026BF" w14:textId="77777777" w:rsidR="00B56A95" w:rsidRP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6" w:history="1">
        <w:r w:rsidRPr="007464D1">
          <w:rPr>
            <w:rStyle w:val="affa"/>
            <w:rFonts w:ascii="Times New Roman" w:hAnsi="Times New Roman" w:cs="Times New Roman"/>
            <w:sz w:val="24"/>
            <w:szCs w:val="24"/>
          </w:rPr>
          <w:t>ehadjinicolova@mzh.government.bg</w:t>
        </w:r>
      </w:hyperlink>
      <w:r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Pr="00B56A95">
        <w:rPr>
          <w:rFonts w:ascii="Times New Roman" w:hAnsi="Times New Roman" w:cs="Times New Roman"/>
          <w:sz w:val="24"/>
          <w:szCs w:val="24"/>
          <w:lang w:val="en-GB"/>
        </w:rPr>
        <w:t>yz</w:t>
      </w:r>
      <w:proofErr w:type="spellEnd"/>
      <w:r w:rsidRPr="00B56A95">
        <w:rPr>
          <w:rFonts w:ascii="Times New Roman" w:hAnsi="Times New Roman" w:cs="Times New Roman"/>
          <w:sz w:val="24"/>
          <w:szCs w:val="24"/>
          <w:lang w:val="bg-BG"/>
        </w:rPr>
        <w:t>helezova@mzh.government.bg</w:t>
      </w:r>
    </w:p>
    <w:p w14:paraId="564B45A7" w14:textId="77777777" w:rsidR="00CC389F" w:rsidRPr="00B56A95" w:rsidRDefault="00C401D1" w:rsidP="00B1729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Краен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срок за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r w:rsidR="00B56A95">
        <w:rPr>
          <w:rFonts w:ascii="Times New Roman" w:hAnsi="Times New Roman" w:cs="Times New Roman"/>
          <w:sz w:val="24"/>
          <w:szCs w:val="24"/>
          <w:lang w:val="bg-BG"/>
        </w:rPr>
        <w:t>13 ноември 2026 г.</w:t>
      </w:r>
    </w:p>
    <w:sectPr w:rsidR="00CC389F" w:rsidRPr="00B56A95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8521947">
    <w:abstractNumId w:val="8"/>
  </w:num>
  <w:num w:numId="2" w16cid:durableId="1724332426">
    <w:abstractNumId w:val="6"/>
  </w:num>
  <w:num w:numId="3" w16cid:durableId="1906063949">
    <w:abstractNumId w:val="5"/>
  </w:num>
  <w:num w:numId="4" w16cid:durableId="1546678548">
    <w:abstractNumId w:val="4"/>
  </w:num>
  <w:num w:numId="5" w16cid:durableId="62409921">
    <w:abstractNumId w:val="7"/>
  </w:num>
  <w:num w:numId="6" w16cid:durableId="374279638">
    <w:abstractNumId w:val="3"/>
  </w:num>
  <w:num w:numId="7" w16cid:durableId="343747096">
    <w:abstractNumId w:val="2"/>
  </w:num>
  <w:num w:numId="8" w16cid:durableId="1789815943">
    <w:abstractNumId w:val="1"/>
  </w:num>
  <w:num w:numId="9" w16cid:durableId="37049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E83"/>
    <w:rsid w:val="005C3804"/>
    <w:rsid w:val="0067100B"/>
    <w:rsid w:val="006F7A90"/>
    <w:rsid w:val="00780A45"/>
    <w:rsid w:val="00923151"/>
    <w:rsid w:val="009A3E5F"/>
    <w:rsid w:val="00A22901"/>
    <w:rsid w:val="00AA1D8D"/>
    <w:rsid w:val="00B17298"/>
    <w:rsid w:val="00B47730"/>
    <w:rsid w:val="00B56A95"/>
    <w:rsid w:val="00C401D1"/>
    <w:rsid w:val="00CB0664"/>
    <w:rsid w:val="00CC389F"/>
    <w:rsid w:val="00E453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0204D"/>
  <w14:defaultImageDpi w14:val="300"/>
  <w15:docId w15:val="{458AF5D9-56E2-4811-9599-B5073143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B56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hadjinicolova@mzh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8C8385-351D-4A0D-BFCD-AFA0A94A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MiG Prespa</cp:lastModifiedBy>
  <cp:revision>2</cp:revision>
  <dcterms:created xsi:type="dcterms:W3CDTF">2026-11-06T10:11:00Z</dcterms:created>
  <dcterms:modified xsi:type="dcterms:W3CDTF">2026-11-06T10:11:00Z</dcterms:modified>
  <cp:category/>
</cp:coreProperties>
</file>